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B2275" w14:textId="77777777" w:rsidR="009C2E91" w:rsidRPr="00C35B61" w:rsidRDefault="008A4FEB">
      <w:pPr>
        <w:pStyle w:val="Heading1"/>
        <w:rPr>
          <w:rFonts w:cstheme="majorHAnsi"/>
        </w:rPr>
      </w:pPr>
      <w:r w:rsidRPr="00C35B61">
        <w:rPr>
          <w:rFonts w:cstheme="majorHAnsi"/>
        </w:rPr>
        <w:t>Ironbridge Regatta FAQs</w:t>
      </w:r>
    </w:p>
    <w:p w14:paraId="0E55AE09" w14:textId="77777777" w:rsidR="009C2E91" w:rsidRPr="00C35B61" w:rsidRDefault="008A4FEB">
      <w:pPr>
        <w:rPr>
          <w:rFonts w:asciiTheme="majorHAnsi" w:hAnsiTheme="majorHAnsi" w:cstheme="majorHAnsi"/>
        </w:rPr>
      </w:pPr>
      <w:r w:rsidRPr="00C35B61">
        <w:rPr>
          <w:rFonts w:asciiTheme="majorHAnsi" w:hAnsiTheme="majorHAnsi" w:cstheme="majorHAnsi"/>
        </w:rPr>
        <w:t>The questions that we get asked most often…</w:t>
      </w:r>
    </w:p>
    <w:p w14:paraId="08024658" w14:textId="77777777" w:rsidR="009C2E91" w:rsidRPr="00C35B61" w:rsidRDefault="008A4FEB">
      <w:pPr>
        <w:pStyle w:val="Heading2"/>
        <w:rPr>
          <w:rFonts w:cstheme="majorHAnsi"/>
        </w:rPr>
      </w:pPr>
      <w:r w:rsidRPr="00C35B61">
        <w:rPr>
          <w:rFonts w:cstheme="majorHAnsi"/>
        </w:rPr>
        <w:t>Are there places to stay in the local area?</w:t>
      </w:r>
    </w:p>
    <w:p w14:paraId="5A5164DA" w14:textId="20A88BBF" w:rsidR="009C2E91" w:rsidRPr="00C35B61" w:rsidRDefault="008A4FEB">
      <w:pPr>
        <w:rPr>
          <w:rFonts w:asciiTheme="majorHAnsi" w:hAnsiTheme="majorHAnsi" w:cstheme="majorHAnsi"/>
        </w:rPr>
      </w:pPr>
      <w:r w:rsidRPr="00C35B61">
        <w:rPr>
          <w:rFonts w:asciiTheme="majorHAnsi" w:hAnsiTheme="majorHAnsi" w:cstheme="majorHAnsi"/>
        </w:rPr>
        <w:t xml:space="preserve">Ironbridge Rowing Club is </w:t>
      </w:r>
      <w:r w:rsidR="007B1ADC">
        <w:rPr>
          <w:rFonts w:asciiTheme="majorHAnsi" w:hAnsiTheme="majorHAnsi" w:cstheme="majorHAnsi"/>
        </w:rPr>
        <w:t>located i</w:t>
      </w:r>
      <w:r w:rsidRPr="00C35B61">
        <w:rPr>
          <w:rFonts w:asciiTheme="majorHAnsi" w:hAnsiTheme="majorHAnsi" w:cstheme="majorHAnsi"/>
        </w:rPr>
        <w:t>n a World Heritage Site. Local hotels and B&amp;Bs are available. See: https://www.discovertelford.co.uk/where-to-stay/</w:t>
      </w:r>
    </w:p>
    <w:p w14:paraId="7F96D296" w14:textId="77777777" w:rsidR="009C2E91" w:rsidRPr="00C35B61" w:rsidRDefault="008A4FEB">
      <w:pPr>
        <w:pStyle w:val="Heading2"/>
        <w:rPr>
          <w:rFonts w:cstheme="majorHAnsi"/>
        </w:rPr>
      </w:pPr>
      <w:r w:rsidRPr="00C35B61">
        <w:rPr>
          <w:rFonts w:cstheme="majorHAnsi"/>
        </w:rPr>
        <w:t>Are there changing facilities?</w:t>
      </w:r>
    </w:p>
    <w:p w14:paraId="7A76C925" w14:textId="35121C06" w:rsidR="00237D04" w:rsidRPr="00C35B61" w:rsidRDefault="008A4FEB" w:rsidP="00237D04">
      <w:pPr>
        <w:rPr>
          <w:rFonts w:asciiTheme="majorHAnsi" w:hAnsiTheme="majorHAnsi" w:cstheme="majorHAnsi"/>
          <w:lang w:val="en-GB"/>
        </w:rPr>
      </w:pPr>
      <w:r w:rsidRPr="00C35B61">
        <w:rPr>
          <w:rFonts w:asciiTheme="majorHAnsi" w:hAnsiTheme="majorHAnsi" w:cstheme="majorHAnsi"/>
        </w:rPr>
        <w:t>Male and female changing rooms and a disabled toilet are available. Facilities close at 8pm for cleaning. Communal showers provided.</w:t>
      </w:r>
      <w:r w:rsidR="00237D04" w:rsidRPr="00C35B61">
        <w:rPr>
          <w:rFonts w:asciiTheme="majorHAnsi" w:hAnsiTheme="majorHAnsi" w:cstheme="majorHAnsi"/>
        </w:rPr>
        <w:t xml:space="preserve"> </w:t>
      </w:r>
      <w:r w:rsidR="00237D04" w:rsidRPr="00C35B61">
        <w:rPr>
          <w:rFonts w:asciiTheme="majorHAnsi" w:hAnsiTheme="majorHAnsi" w:cstheme="majorHAnsi"/>
          <w:b/>
          <w:bCs/>
          <w:lang w:val="en-GB"/>
        </w:rPr>
        <w:t>ADULTS MUST RESPECT THAT SHOWER AND CHANGING FACILITIES ARE USED BY JUNIOR ATHLETES. ONLY ENTER WHEN APP</w:t>
      </w:r>
      <w:r w:rsidR="007E4C9F" w:rsidRPr="00C35B61">
        <w:rPr>
          <w:rFonts w:asciiTheme="majorHAnsi" w:hAnsiTheme="majorHAnsi" w:cstheme="majorHAnsi"/>
          <w:b/>
          <w:bCs/>
          <w:lang w:val="en-GB"/>
        </w:rPr>
        <w:t>RO</w:t>
      </w:r>
      <w:r w:rsidR="00237D04" w:rsidRPr="00C35B61">
        <w:rPr>
          <w:rFonts w:asciiTheme="majorHAnsi" w:hAnsiTheme="majorHAnsi" w:cstheme="majorHAnsi"/>
          <w:b/>
          <w:bCs/>
          <w:lang w:val="en-GB"/>
        </w:rPr>
        <w:t>PRIATE AND IN ACCORDANCE WITH SAFEGUARDING REQUIREMENTS.</w:t>
      </w:r>
      <w:r w:rsidR="00237D04" w:rsidRPr="00C35B61">
        <w:rPr>
          <w:rFonts w:asciiTheme="majorHAnsi" w:hAnsiTheme="majorHAnsi" w:cstheme="majorHAnsi"/>
          <w:lang w:val="en-GB"/>
        </w:rPr>
        <w:t xml:space="preserve"> </w:t>
      </w:r>
    </w:p>
    <w:p w14:paraId="70900757" w14:textId="3A0F864E" w:rsidR="009C2E91" w:rsidRPr="00C35B61" w:rsidRDefault="008A4FEB" w:rsidP="00237D04">
      <w:pPr>
        <w:pStyle w:val="Heading2"/>
        <w:rPr>
          <w:rFonts w:cstheme="majorHAnsi"/>
        </w:rPr>
      </w:pPr>
      <w:r w:rsidRPr="00C35B61">
        <w:rPr>
          <w:rFonts w:cstheme="majorHAnsi"/>
        </w:rPr>
        <w:t>What parking facilities are at Ironbridge?</w:t>
      </w:r>
    </w:p>
    <w:p w14:paraId="60768F56" w14:textId="5D6136D7" w:rsidR="009C2E91" w:rsidRPr="00C35B61" w:rsidRDefault="001F4432">
      <w:pPr>
        <w:rPr>
          <w:rFonts w:asciiTheme="majorHAnsi" w:hAnsiTheme="majorHAnsi" w:cstheme="majorHAnsi"/>
        </w:rPr>
      </w:pPr>
      <w:r w:rsidRPr="008C5F17">
        <w:rPr>
          <w:rFonts w:asciiTheme="majorHAnsi" w:hAnsiTheme="majorHAnsi" w:cstheme="majorHAnsi"/>
          <w:b/>
          <w:bCs/>
        </w:rPr>
        <w:t>Tr</w:t>
      </w:r>
      <w:r w:rsidR="00401B91" w:rsidRPr="008C5F17">
        <w:rPr>
          <w:rFonts w:asciiTheme="majorHAnsi" w:hAnsiTheme="majorHAnsi" w:cstheme="majorHAnsi"/>
          <w:b/>
          <w:bCs/>
        </w:rPr>
        <w:t>ailer access is via Dale End Park only</w:t>
      </w:r>
      <w:r w:rsidR="00713B4E" w:rsidRPr="008C5F17">
        <w:rPr>
          <w:rFonts w:asciiTheme="majorHAnsi" w:hAnsiTheme="majorHAnsi" w:cstheme="majorHAnsi"/>
          <w:b/>
          <w:bCs/>
        </w:rPr>
        <w:t>,</w:t>
      </w:r>
      <w:r w:rsidR="00713B4E">
        <w:rPr>
          <w:rFonts w:asciiTheme="majorHAnsi" w:hAnsiTheme="majorHAnsi" w:cstheme="majorHAnsi"/>
        </w:rPr>
        <w:t xml:space="preserve"> please </w:t>
      </w:r>
      <w:r w:rsidR="00534631">
        <w:rPr>
          <w:rFonts w:asciiTheme="majorHAnsi" w:hAnsiTheme="majorHAnsi" w:cstheme="majorHAnsi"/>
        </w:rPr>
        <w:t xml:space="preserve">drop off and then park your vehicle on the Regatta Field. </w:t>
      </w:r>
      <w:r w:rsidR="00713B4E" w:rsidRPr="008C5F17">
        <w:rPr>
          <w:rFonts w:asciiTheme="majorHAnsi" w:hAnsiTheme="majorHAnsi" w:cstheme="majorHAnsi"/>
          <w:b/>
          <w:bCs/>
        </w:rPr>
        <w:t>DO NOT</w:t>
      </w:r>
      <w:r w:rsidR="00713B4E">
        <w:rPr>
          <w:rFonts w:asciiTheme="majorHAnsi" w:hAnsiTheme="majorHAnsi" w:cstheme="majorHAnsi"/>
        </w:rPr>
        <w:t xml:space="preserve"> </w:t>
      </w:r>
      <w:r w:rsidR="00534631">
        <w:rPr>
          <w:rFonts w:asciiTheme="majorHAnsi" w:hAnsiTheme="majorHAnsi" w:cstheme="majorHAnsi"/>
        </w:rPr>
        <w:t>try to bring trailers down the track</w:t>
      </w:r>
      <w:r w:rsidR="008C5F17">
        <w:rPr>
          <w:rFonts w:asciiTheme="majorHAnsi" w:hAnsiTheme="majorHAnsi" w:cstheme="majorHAnsi"/>
        </w:rPr>
        <w:t xml:space="preserve">, you will be stopped.  </w:t>
      </w:r>
      <w:r w:rsidR="008A4FEB" w:rsidRPr="00C35B61">
        <w:rPr>
          <w:rFonts w:asciiTheme="majorHAnsi" w:hAnsiTheme="majorHAnsi" w:cstheme="majorHAnsi"/>
        </w:rPr>
        <w:t xml:space="preserve">Limited parking </w:t>
      </w:r>
      <w:r w:rsidR="00216C3C">
        <w:rPr>
          <w:rFonts w:asciiTheme="majorHAnsi" w:hAnsiTheme="majorHAnsi" w:cstheme="majorHAnsi"/>
        </w:rPr>
        <w:t xml:space="preserve">available on </w:t>
      </w:r>
      <w:r w:rsidR="008A4FEB" w:rsidRPr="00C35B61">
        <w:rPr>
          <w:rFonts w:asciiTheme="majorHAnsi" w:hAnsiTheme="majorHAnsi" w:cstheme="majorHAnsi"/>
        </w:rPr>
        <w:t>the adjacent field (</w:t>
      </w:r>
      <w:r w:rsidR="006F596F">
        <w:rPr>
          <w:rFonts w:asciiTheme="majorHAnsi" w:hAnsiTheme="majorHAnsi" w:cstheme="majorHAnsi"/>
        </w:rPr>
        <w:t>charges apply</w:t>
      </w:r>
      <w:r w:rsidR="008A4FEB" w:rsidRPr="00C35B61">
        <w:rPr>
          <w:rFonts w:asciiTheme="majorHAnsi" w:hAnsiTheme="majorHAnsi" w:cstheme="majorHAnsi"/>
        </w:rPr>
        <w:t xml:space="preserve">). Additional parking </w:t>
      </w:r>
      <w:r w:rsidR="00036986">
        <w:rPr>
          <w:rFonts w:asciiTheme="majorHAnsi" w:hAnsiTheme="majorHAnsi" w:cstheme="majorHAnsi"/>
        </w:rPr>
        <w:t xml:space="preserve">is available </w:t>
      </w:r>
      <w:r w:rsidR="008A4FEB" w:rsidRPr="00C35B61">
        <w:rPr>
          <w:rFonts w:asciiTheme="majorHAnsi" w:hAnsiTheme="majorHAnsi" w:cstheme="majorHAnsi"/>
        </w:rPr>
        <w:t>nearby at Dale End (TF8 7NJ) and Station Yard (TF8 7JP). Parking is at own</w:t>
      </w:r>
      <w:r w:rsidR="00823003">
        <w:rPr>
          <w:rFonts w:asciiTheme="majorHAnsi" w:hAnsiTheme="majorHAnsi" w:cstheme="majorHAnsi"/>
        </w:rPr>
        <w:t>ers’</w:t>
      </w:r>
      <w:r w:rsidR="008A4FEB" w:rsidRPr="00C35B61">
        <w:rPr>
          <w:rFonts w:asciiTheme="majorHAnsi" w:hAnsiTheme="majorHAnsi" w:cstheme="majorHAnsi"/>
        </w:rPr>
        <w:t xml:space="preserve"> risk.</w:t>
      </w:r>
    </w:p>
    <w:p w14:paraId="3F65C476" w14:textId="77777777" w:rsidR="009C2E91" w:rsidRPr="00C35B61" w:rsidRDefault="008A4FEB">
      <w:pPr>
        <w:pStyle w:val="Heading2"/>
        <w:rPr>
          <w:rFonts w:cstheme="majorHAnsi"/>
        </w:rPr>
      </w:pPr>
      <w:r w:rsidRPr="00C35B61">
        <w:rPr>
          <w:rFonts w:cstheme="majorHAnsi"/>
        </w:rPr>
        <w:t>Can I camp at the Regatta?</w:t>
      </w:r>
    </w:p>
    <w:p w14:paraId="3E2EC420" w14:textId="2D5B93F3" w:rsidR="009C2E91" w:rsidRPr="00C35B61" w:rsidRDefault="008A4FEB">
      <w:pPr>
        <w:rPr>
          <w:rFonts w:asciiTheme="majorHAnsi" w:hAnsiTheme="majorHAnsi" w:cstheme="majorHAnsi"/>
        </w:rPr>
      </w:pPr>
      <w:r w:rsidRPr="00C35B61">
        <w:rPr>
          <w:rFonts w:asciiTheme="majorHAnsi" w:hAnsiTheme="majorHAnsi" w:cstheme="majorHAnsi"/>
        </w:rPr>
        <w:t>Camping is available Friday and Saturday (book via website). Field only—no power</w:t>
      </w:r>
      <w:r w:rsidR="00237D04" w:rsidRPr="00C35B61">
        <w:rPr>
          <w:rFonts w:asciiTheme="majorHAnsi" w:hAnsiTheme="majorHAnsi" w:cstheme="majorHAnsi"/>
        </w:rPr>
        <w:t>,</w:t>
      </w:r>
      <w:r w:rsidRPr="00C35B61">
        <w:rPr>
          <w:rFonts w:asciiTheme="majorHAnsi" w:hAnsiTheme="majorHAnsi" w:cstheme="majorHAnsi"/>
        </w:rPr>
        <w:t xml:space="preserve"> water</w:t>
      </w:r>
      <w:r w:rsidR="00237D04" w:rsidRPr="00C35B61">
        <w:rPr>
          <w:rFonts w:asciiTheme="majorHAnsi" w:hAnsiTheme="majorHAnsi" w:cstheme="majorHAnsi"/>
        </w:rPr>
        <w:t xml:space="preserve"> available at the Boathouse.</w:t>
      </w:r>
      <w:r w:rsidRPr="00C35B61">
        <w:rPr>
          <w:rFonts w:asciiTheme="majorHAnsi" w:hAnsiTheme="majorHAnsi" w:cstheme="majorHAnsi"/>
        </w:rPr>
        <w:t xml:space="preserve"> Toilets provided. Showers available 7am–8pm. Bring a torch. Pitch only in allocated areas.</w:t>
      </w:r>
      <w:r w:rsidR="00237D04" w:rsidRPr="00C35B61">
        <w:rPr>
          <w:rFonts w:asciiTheme="majorHAnsi" w:hAnsiTheme="majorHAnsi" w:cstheme="majorHAnsi"/>
        </w:rPr>
        <w:t xml:space="preserve"> </w:t>
      </w:r>
      <w:r w:rsidR="00237D04" w:rsidRPr="00C35B61">
        <w:rPr>
          <w:rFonts w:asciiTheme="majorHAnsi" w:hAnsiTheme="majorHAnsi" w:cstheme="majorHAnsi"/>
          <w:b/>
          <w:bCs/>
        </w:rPr>
        <w:t>SORRY, NO CA</w:t>
      </w:r>
      <w:r w:rsidR="000D4106">
        <w:rPr>
          <w:rFonts w:asciiTheme="majorHAnsi" w:hAnsiTheme="majorHAnsi" w:cstheme="majorHAnsi"/>
          <w:b/>
          <w:bCs/>
        </w:rPr>
        <w:t>RAVAN</w:t>
      </w:r>
      <w:r w:rsidR="00237D04" w:rsidRPr="00C35B61">
        <w:rPr>
          <w:rFonts w:asciiTheme="majorHAnsi" w:hAnsiTheme="majorHAnsi" w:cstheme="majorHAnsi"/>
          <w:b/>
          <w:bCs/>
        </w:rPr>
        <w:t>S OR MOTORHOMES.</w:t>
      </w:r>
      <w:r w:rsidR="00237D04" w:rsidRPr="00C35B61">
        <w:rPr>
          <w:rFonts w:asciiTheme="majorHAnsi" w:hAnsiTheme="majorHAnsi" w:cstheme="majorHAnsi"/>
        </w:rPr>
        <w:t xml:space="preserve"> Alternative sites for larger vehicles: Dale End (TF8 7NJ) and Station Yard (TF8 7JP), </w:t>
      </w:r>
      <w:r w:rsidR="007E4C9F" w:rsidRPr="00C35B61">
        <w:rPr>
          <w:rFonts w:asciiTheme="majorHAnsi" w:hAnsiTheme="majorHAnsi" w:cstheme="majorHAnsi"/>
        </w:rPr>
        <w:t>Ye Olde</w:t>
      </w:r>
      <w:r w:rsidR="00237D04" w:rsidRPr="00C35B61">
        <w:rPr>
          <w:rFonts w:asciiTheme="majorHAnsi" w:hAnsiTheme="majorHAnsi" w:cstheme="majorHAnsi"/>
        </w:rPr>
        <w:t xml:space="preserve"> Robin Hood Inn</w:t>
      </w:r>
      <w:r w:rsidR="007E4C9F" w:rsidRPr="00C35B61">
        <w:rPr>
          <w:rFonts w:asciiTheme="majorHAnsi" w:hAnsiTheme="majorHAnsi" w:cstheme="majorHAnsi"/>
        </w:rPr>
        <w:t xml:space="preserve"> (TF8 7HQ)</w:t>
      </w:r>
      <w:r w:rsidR="00237D04" w:rsidRPr="00C35B61">
        <w:rPr>
          <w:rFonts w:asciiTheme="majorHAnsi" w:hAnsiTheme="majorHAnsi" w:cstheme="majorHAnsi"/>
        </w:rPr>
        <w:t>, The Half Moon</w:t>
      </w:r>
      <w:r w:rsidR="007E4C9F" w:rsidRPr="00C35B61">
        <w:rPr>
          <w:rFonts w:asciiTheme="majorHAnsi" w:hAnsiTheme="majorHAnsi" w:cstheme="majorHAnsi"/>
        </w:rPr>
        <w:t xml:space="preserve"> (TF8 7LP)</w:t>
      </w:r>
      <w:r w:rsidR="00835818">
        <w:rPr>
          <w:rFonts w:asciiTheme="majorHAnsi" w:hAnsiTheme="majorHAnsi" w:cstheme="majorHAnsi"/>
        </w:rPr>
        <w:t xml:space="preserve"> and the Abbey, Buildwas – see website</w:t>
      </w:r>
      <w:r w:rsidR="00E8728A">
        <w:rPr>
          <w:rFonts w:asciiTheme="majorHAnsi" w:hAnsiTheme="majorHAnsi" w:cstheme="majorHAnsi"/>
        </w:rPr>
        <w:t xml:space="preserve"> for details.</w:t>
      </w:r>
    </w:p>
    <w:p w14:paraId="2326D0A0" w14:textId="77777777" w:rsidR="009C2E91" w:rsidRPr="00C35B61" w:rsidRDefault="008A4FEB">
      <w:pPr>
        <w:pStyle w:val="Heading2"/>
        <w:rPr>
          <w:rFonts w:cstheme="majorHAnsi"/>
        </w:rPr>
      </w:pPr>
      <w:r w:rsidRPr="00C35B61">
        <w:rPr>
          <w:rFonts w:cstheme="majorHAnsi"/>
        </w:rPr>
        <w:t>Can we bring a barbeque?</w:t>
      </w:r>
    </w:p>
    <w:p w14:paraId="231E4B2A" w14:textId="77777777" w:rsidR="009C2E91" w:rsidRPr="00C35B61" w:rsidRDefault="008A4FEB">
      <w:pPr>
        <w:rPr>
          <w:rFonts w:asciiTheme="majorHAnsi" w:hAnsiTheme="majorHAnsi" w:cstheme="majorHAnsi"/>
        </w:rPr>
      </w:pPr>
      <w:r w:rsidRPr="00C35B61">
        <w:rPr>
          <w:rFonts w:asciiTheme="majorHAnsi" w:hAnsiTheme="majorHAnsi" w:cstheme="majorHAnsi"/>
        </w:rPr>
        <w:t>No. Barbecues and fires are not permitted anywhere on site.</w:t>
      </w:r>
    </w:p>
    <w:p w14:paraId="5C365735" w14:textId="77777777" w:rsidR="009C2E91" w:rsidRPr="00C35B61" w:rsidRDefault="008A4FEB">
      <w:pPr>
        <w:pStyle w:val="Heading2"/>
        <w:rPr>
          <w:rFonts w:cstheme="majorHAnsi"/>
        </w:rPr>
      </w:pPr>
      <w:r w:rsidRPr="00C35B61">
        <w:rPr>
          <w:rFonts w:cstheme="majorHAnsi"/>
        </w:rPr>
        <w:t>Will there be food and drink on sale?</w:t>
      </w:r>
    </w:p>
    <w:p w14:paraId="2BBC7B00" w14:textId="77777777" w:rsidR="009C2E91" w:rsidRPr="00C35B61" w:rsidRDefault="008A4FEB">
      <w:pPr>
        <w:rPr>
          <w:rFonts w:asciiTheme="majorHAnsi" w:hAnsiTheme="majorHAnsi" w:cstheme="majorHAnsi"/>
        </w:rPr>
      </w:pPr>
      <w:r w:rsidRPr="00C35B61">
        <w:rPr>
          <w:rFonts w:asciiTheme="majorHAnsi" w:hAnsiTheme="majorHAnsi" w:cstheme="majorHAnsi"/>
        </w:rPr>
        <w:t>Clubhouse bar open Friday from 5pm. Food and drinks available both days from 7am. Saturday evening bar and disco. Nearby pubs and Co-op available.</w:t>
      </w:r>
    </w:p>
    <w:p w14:paraId="78C7744E" w14:textId="77777777" w:rsidR="009C2E91" w:rsidRPr="00C35B61" w:rsidRDefault="008A4FEB">
      <w:pPr>
        <w:pStyle w:val="Heading2"/>
        <w:rPr>
          <w:rFonts w:cstheme="majorHAnsi"/>
        </w:rPr>
      </w:pPr>
      <w:r w:rsidRPr="00C35B61">
        <w:rPr>
          <w:rFonts w:cstheme="majorHAnsi"/>
        </w:rPr>
        <w:t>Are dogs allowed at the Regatta?</w:t>
      </w:r>
    </w:p>
    <w:p w14:paraId="16C5D537" w14:textId="0DDE437C" w:rsidR="009C2E91" w:rsidRPr="00C35B61" w:rsidRDefault="008A4FEB">
      <w:pPr>
        <w:rPr>
          <w:rFonts w:asciiTheme="majorHAnsi" w:hAnsiTheme="majorHAnsi" w:cstheme="majorHAnsi"/>
        </w:rPr>
      </w:pPr>
      <w:r w:rsidRPr="00C35B61">
        <w:rPr>
          <w:rFonts w:asciiTheme="majorHAnsi" w:hAnsiTheme="majorHAnsi" w:cstheme="majorHAnsi"/>
        </w:rPr>
        <w:t xml:space="preserve">Yes. Dogs must be on a lead and </w:t>
      </w:r>
      <w:r w:rsidR="00237D04" w:rsidRPr="00C35B61">
        <w:rPr>
          <w:rFonts w:asciiTheme="majorHAnsi" w:hAnsiTheme="majorHAnsi" w:cstheme="majorHAnsi"/>
        </w:rPr>
        <w:t>please clean up after them.</w:t>
      </w:r>
    </w:p>
    <w:sectPr w:rsidR="009C2E91" w:rsidRPr="00C35B6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0905568">
    <w:abstractNumId w:val="8"/>
  </w:num>
  <w:num w:numId="2" w16cid:durableId="1529025359">
    <w:abstractNumId w:val="6"/>
  </w:num>
  <w:num w:numId="3" w16cid:durableId="1575772417">
    <w:abstractNumId w:val="5"/>
  </w:num>
  <w:num w:numId="4" w16cid:durableId="419300300">
    <w:abstractNumId w:val="4"/>
  </w:num>
  <w:num w:numId="5" w16cid:durableId="1756396621">
    <w:abstractNumId w:val="7"/>
  </w:num>
  <w:num w:numId="6" w16cid:durableId="1756783635">
    <w:abstractNumId w:val="3"/>
  </w:num>
  <w:num w:numId="7" w16cid:durableId="418331087">
    <w:abstractNumId w:val="2"/>
  </w:num>
  <w:num w:numId="8" w16cid:durableId="504634120">
    <w:abstractNumId w:val="1"/>
  </w:num>
  <w:num w:numId="9" w16cid:durableId="167853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6986"/>
    <w:rsid w:val="0006063C"/>
    <w:rsid w:val="000D4106"/>
    <w:rsid w:val="00131C0B"/>
    <w:rsid w:val="0015074B"/>
    <w:rsid w:val="001D088B"/>
    <w:rsid w:val="001F4432"/>
    <w:rsid w:val="001F4FB2"/>
    <w:rsid w:val="00216C3C"/>
    <w:rsid w:val="00237D04"/>
    <w:rsid w:val="0029639D"/>
    <w:rsid w:val="00326F90"/>
    <w:rsid w:val="00401B91"/>
    <w:rsid w:val="00534631"/>
    <w:rsid w:val="006F596F"/>
    <w:rsid w:val="00713B4E"/>
    <w:rsid w:val="007B1ADC"/>
    <w:rsid w:val="007E4C9F"/>
    <w:rsid w:val="00823003"/>
    <w:rsid w:val="00835818"/>
    <w:rsid w:val="008A4FEB"/>
    <w:rsid w:val="008C5F17"/>
    <w:rsid w:val="00915A49"/>
    <w:rsid w:val="009C2E91"/>
    <w:rsid w:val="00A47D7B"/>
    <w:rsid w:val="00AA1D8D"/>
    <w:rsid w:val="00B47730"/>
    <w:rsid w:val="00C35B61"/>
    <w:rsid w:val="00CB0664"/>
    <w:rsid w:val="00E8728A"/>
    <w:rsid w:val="00F538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41AB1C"/>
  <w14:defaultImageDpi w14:val="300"/>
  <w15:docId w15:val="{A2435D49-B6B5-4127-A535-F497B8A4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760c494-6550-44b4-8258-77c175d778b7}" enabled="1" method="Privileged" siteId="{76a2ae5a-9f00-4f6b-95ed-5d33d77c4d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293</Words>
  <Characters>1523</Characters>
  <Application>Microsoft Office Word</Application>
  <DocSecurity>0</DocSecurity>
  <Lines>29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Sargent, Catherine</cp:lastModifiedBy>
  <cp:revision>19</cp:revision>
  <dcterms:created xsi:type="dcterms:W3CDTF">2026-05-29T21:16:00Z</dcterms:created>
  <dcterms:modified xsi:type="dcterms:W3CDTF">2026-06-24T20:59:00Z</dcterms:modified>
  <cp:category/>
</cp:coreProperties>
</file>